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0"/>
        </w:rPr>
        <w:t>MATHS TOOLKIT</w:t>
      </w:r>
    </w:p>
    <w:p>
      <w:pPr>
        <w:jc w:val="center"/>
      </w:pPr>
      <w:r>
        <w:rPr>
          <w:i/>
          <w:color w:val="1F6F78"/>
          <w:sz w:val="21"/>
        </w:rPr>
        <w:t>Class 10 Mathematics | Chapter 1 - Real Numbers | FINAL TEST SERIES - FORMAT SAMPLE (TEST-01)</w:t>
      </w:r>
    </w:p>
    <w:p>
      <w:pPr>
        <w:spacing w:after="120"/>
        <w:pBdr>
          <w:bottom w:val="single" w:sz="18" w:color="1F3A5F"/>
        </w:pBdr>
      </w:pPr>
    </w:p>
    <w:p>
      <w:pPr>
        <w:jc w:val="center"/>
      </w:pPr>
      <w:r>
        <w:rPr>
          <w:b/>
          <w:color w:val="1F3A5F"/>
          <w:sz w:val="30"/>
        </w:rPr>
        <w:t>Real Numbers — Final Test Series (Format Sample) — TEST-01 — Answer Key</w:t>
      </w:r>
    </w:p>
    <w:p/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A - Multiple Choice Questions (1 mark each)</w:t>
      </w:r>
    </w:p>
    <w:p>
      <w:pPr>
        <w:spacing w:before="120"/>
      </w:pPr>
      <w:r>
        <w:rPr>
          <w:b/>
        </w:rPr>
        <w:t xml:space="preserve">1. </w:t>
      </w:r>
      <w:r>
        <w:t>(c) 9</w:t>
      </w:r>
    </w:p>
    <w:p>
      <w:pPr>
        <w:spacing w:before="120"/>
      </w:pPr>
      <w:r>
        <w:rPr>
          <w:b/>
        </w:rPr>
        <w:t xml:space="preserve">2. </w:t>
      </w:r>
      <w:r>
        <w:t>(d) 7/9</w:t>
      </w:r>
    </w:p>
    <w:p>
      <w:pPr>
        <w:spacing w:before="120"/>
      </w:pPr>
      <w:r>
        <w:rPr>
          <w:b/>
        </w:rPr>
        <w:t xml:space="preserve">3. </w:t>
      </w:r>
      <w:r>
        <w:t>(c) 3</w:t>
      </w:r>
    </w:p>
    <w:p>
      <w:pPr>
        <w:spacing w:before="120"/>
      </w:pPr>
      <w:r>
        <w:rPr>
          <w:b/>
        </w:rPr>
        <w:t xml:space="preserve">4. </w:t>
      </w:r>
      <w:r>
        <w:t>(a) the long division process</w:t>
      </w:r>
    </w:p>
    <w:p>
      <w:pPr>
        <w:spacing w:before="120"/>
      </w:pPr>
      <w:r>
        <w:rPr>
          <w:b/>
        </w:rPr>
        <w:t xml:space="preserve">5. </w:t>
      </w:r>
      <w:r>
        <w:t>(c) 15</w:t>
      </w:r>
    </w:p>
    <w:p>
      <w:pPr>
        <w:spacing w:before="120"/>
      </w:pPr>
      <w:r>
        <w:rPr>
          <w:b/>
        </w:rPr>
        <w:t xml:space="preserve">6. </w:t>
      </w:r>
      <w:r>
        <w:t>(d) rational or irrational, depending on the numbers</w:t>
      </w:r>
    </w:p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B - Very Short Answer Questions (2 marks each)</w:t>
      </w:r>
    </w:p>
    <w:p>
      <w:pPr>
        <w:spacing w:before="120"/>
      </w:pPr>
      <w:r>
        <w:rPr>
          <w:b/>
        </w:rPr>
        <w:t xml:space="preserve">7. </w:t>
      </w:r>
      <w:r>
        <w:t>24 = 2³ × 3, 36 = 2² × 3². HCF = 2² × 3 = 12, LCM = 2³ × 3² = 72.</w:t>
      </w:r>
    </w:p>
    <w:p>
      <w:pPr>
        <w:spacing w:before="120"/>
      </w:pPr>
      <w:r>
        <w:rPr>
          <w:b/>
        </w:rPr>
        <w:t xml:space="preserve">8. </w:t>
      </w:r>
      <w:r>
        <w:t>125 = 5³, of the form 2ⁿ × 5ᵐ (n = 0). So 13/125 terminates.</w:t>
      </w:r>
    </w:p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C - Short Answer Questions (3 marks each)</w:t>
      </w:r>
    </w:p>
    <w:p>
      <w:pPr>
        <w:spacing w:before="120"/>
      </w:pPr>
      <w:r>
        <w:rPr>
          <w:b/>
        </w:rPr>
        <w:t xml:space="preserve">9. </w:t>
      </w:r>
      <w:r>
        <w:t>Assume √7 = p/q in lowest terms. Then p² = 7q², so 7 | p; write p = 7c, giving 7q² = 49c², i.e. q² = 7c², so 7 | q too - contradicting that p/q was in lowest terms. Hence √7 is irrational.</w:t>
      </w:r>
    </w:p>
    <w:p>
      <w:pPr>
        <w:spacing w:before="120"/>
      </w:pPr>
      <w:r>
        <w:rPr>
          <w:b/>
        </w:rPr>
        <w:t xml:space="preserve">10. </w:t>
      </w:r>
      <w:r>
        <w:t>12 = 2²×3, 15 = 3×5, 18 = 2×3². LCM = 2²×3²×5 = 180 minutes (i.e. 3 hours), so they will ring together again at 11:00 a.m.</w:t>
      </w:r>
    </w:p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D - Long Answer Question (5 marks)</w:t>
      </w:r>
    </w:p>
    <w:p>
      <w:pPr>
        <w:spacing w:before="120"/>
      </w:pPr>
      <w:r>
        <w:rPr>
          <w:b/>
        </w:rPr>
        <w:t xml:space="preserve">11. </w:t>
      </w:r>
      <w:r>
        <w:t>General proof: let r be rational and x irrational; if r + x were rational, say = s, then x = s − r would be a difference of two rationals, hence rational - a contradiction. So r + x is irrational. Applying this with r = 4 and x = √2 (known irrational), 4 + √2 is irrational.</w:t>
      </w:r>
    </w:p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E - Case Study Based Question (4 marks)</w:t>
      </w:r>
    </w:p>
    <w:p>
      <w:pPr>
        <w:spacing w:before="120"/>
      </w:pPr>
      <w:r>
        <w:rPr>
          <w:b/>
        </w:rPr>
        <w:t xml:space="preserve">12. </w:t>
      </w:r>
      <w:r/>
    </w:p>
    <w:p>
      <w:pPr>
        <w:ind w:left="340"/>
      </w:pPr>
      <w:r>
        <w:t>(i) (b) 35</w:t>
      </w:r>
    </w:p>
    <w:p>
      <w:pPr>
        <w:ind w:left="340"/>
      </w:pPr>
      <w:r>
        <w:t>(ii) (c) 105</w:t>
      </w:r>
    </w:p>
    <w:p>
      <w:pPr>
        <w:ind w:left="340"/>
      </w:pPr>
      <w:r>
        <w:t>(iii) (c) 210</w:t>
      </w:r>
    </w:p>
    <w:p>
      <w:pPr>
        <w:ind w:left="340"/>
      </w:pPr>
      <w:r>
        <w:t>(iv) (a) 2 × 3 × 5 × 7</w:t>
      </w:r>
    </w:p>
    <w:sectPr w:rsidR="00FC693F" w:rsidRPr="0006063C" w:rsidSect="00034616">
      <w:pgSz w:w="12240" w:h="15840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